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854E7" w14:textId="77777777" w:rsidR="00A33AFE" w:rsidRPr="00A33AFE" w:rsidRDefault="00A33AFE" w:rsidP="00A33AFE">
      <w:pPr>
        <w:spacing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A33AFE">
        <w:rPr>
          <w:rFonts w:asciiTheme="majorHAnsi" w:hAnsiTheme="majorHAnsi" w:cstheme="majorHAnsi"/>
          <w:sz w:val="24"/>
          <w:szCs w:val="24"/>
          <w:lang w:val="pl-PL"/>
        </w:rPr>
        <w:t xml:space="preserve">INF.271.3.2026 </w:t>
      </w:r>
    </w:p>
    <w:p w14:paraId="6DBADC8B" w14:textId="6F55774F" w:rsidR="004235C3" w:rsidRPr="00EA2C06" w:rsidRDefault="004235C3" w:rsidP="004235C3">
      <w:pPr>
        <w:spacing w:line="240" w:lineRule="auto"/>
        <w:contextualSpacing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b/>
          <w:bCs/>
          <w:sz w:val="24"/>
          <w:szCs w:val="24"/>
          <w:lang w:val="pl-PL"/>
        </w:rPr>
        <w:t>Załącznik nr 1.</w:t>
      </w:r>
      <w:r w:rsidR="00EA2C06" w:rsidRPr="00EA2C06">
        <w:rPr>
          <w:rFonts w:asciiTheme="majorHAnsi" w:hAnsiTheme="majorHAnsi" w:cstheme="majorHAnsi"/>
          <w:b/>
          <w:bCs/>
          <w:sz w:val="24"/>
          <w:szCs w:val="24"/>
          <w:lang w:val="pl-PL"/>
        </w:rPr>
        <w:t>3</w:t>
      </w:r>
      <w:r w:rsidRPr="00EA2C06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 do Formularza oferty</w:t>
      </w:r>
    </w:p>
    <w:p w14:paraId="34ABB16A" w14:textId="77777777" w:rsidR="004235C3" w:rsidRPr="00EA2C06" w:rsidRDefault="004235C3" w:rsidP="004235C3">
      <w:pPr>
        <w:spacing w:line="240" w:lineRule="auto"/>
        <w:contextualSpacing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bCs/>
          <w:sz w:val="24"/>
          <w:szCs w:val="24"/>
          <w:lang w:val="pl-PL"/>
        </w:rPr>
        <w:t>zamówienia pn.: „Cyberbezpieczny Samorząd Czernice Borowe”.</w:t>
      </w:r>
    </w:p>
    <w:p w14:paraId="784B415F" w14:textId="76DF94A7" w:rsidR="004235C3" w:rsidRPr="00EA2C06" w:rsidRDefault="004235C3" w:rsidP="004235C3">
      <w:pPr>
        <w:spacing w:line="240" w:lineRule="auto"/>
        <w:contextualSpacing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Część </w:t>
      </w:r>
      <w:r w:rsidR="00EA2C06" w:rsidRPr="00EA2C06">
        <w:rPr>
          <w:rFonts w:asciiTheme="majorHAnsi" w:hAnsiTheme="majorHAnsi" w:cstheme="majorHAnsi"/>
          <w:bCs/>
          <w:sz w:val="24"/>
          <w:szCs w:val="24"/>
          <w:lang w:val="pl-PL"/>
        </w:rPr>
        <w:t>3</w:t>
      </w:r>
      <w:r w:rsidRPr="00EA2C06">
        <w:rPr>
          <w:rFonts w:asciiTheme="majorHAnsi" w:hAnsiTheme="majorHAnsi" w:cstheme="majorHAnsi"/>
          <w:bCs/>
          <w:sz w:val="24"/>
          <w:szCs w:val="24"/>
          <w:lang w:val="pl-PL"/>
        </w:rPr>
        <w:t>-  Dostawa wraz z instalacją i konfiguracją oprogramowania do zarządzania infrastrukturą IT</w:t>
      </w:r>
    </w:p>
    <w:p w14:paraId="621C1F90" w14:textId="77777777" w:rsidR="002F1953" w:rsidRPr="00EA2C06" w:rsidRDefault="002F1953" w:rsidP="004235C3">
      <w:pPr>
        <w:spacing w:line="240" w:lineRule="auto"/>
        <w:contextualSpacing/>
        <w:rPr>
          <w:rFonts w:asciiTheme="majorHAnsi" w:hAnsiTheme="majorHAnsi" w:cstheme="majorHAnsi"/>
          <w:bCs/>
          <w:sz w:val="24"/>
          <w:szCs w:val="24"/>
          <w:lang w:val="pl-PL"/>
        </w:rPr>
      </w:pPr>
    </w:p>
    <w:p w14:paraId="35ED3B2F" w14:textId="77777777" w:rsidR="006F72AF" w:rsidRPr="00EA2C06" w:rsidRDefault="006F72AF" w:rsidP="006F72AF">
      <w:pPr>
        <w:spacing w:line="240" w:lineRule="auto"/>
        <w:contextualSpacing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69045CD4" w14:textId="77777777" w:rsidR="006F72AF" w:rsidRPr="00EA2C06" w:rsidRDefault="006F72AF" w:rsidP="006F72AF">
      <w:pPr>
        <w:spacing w:after="160" w:line="240" w:lineRule="auto"/>
        <w:contextualSpacing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b/>
          <w:sz w:val="24"/>
          <w:szCs w:val="24"/>
          <w:lang w:val="pl-PL"/>
        </w:rPr>
        <w:t>Tabela zgodności funkcjonalnej oferowanego oprogramowania do zarządzania IT</w:t>
      </w:r>
    </w:p>
    <w:p w14:paraId="2D09A319" w14:textId="77777777" w:rsidR="006F72AF" w:rsidRPr="00EA2C06" w:rsidRDefault="006F72AF" w:rsidP="006F72AF">
      <w:pPr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sz w:val="24"/>
          <w:szCs w:val="24"/>
          <w:lang w:val="pl-PL"/>
        </w:rPr>
        <w:t>Producent oprogramowania</w:t>
      </w:r>
      <w:r w:rsidRPr="00EA2C06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………………………………………………………………………………………………</w:t>
      </w:r>
    </w:p>
    <w:p w14:paraId="65C2AE47" w14:textId="77777777" w:rsidR="006F72AF" w:rsidRPr="00EA2C06" w:rsidRDefault="006F72AF" w:rsidP="006F72AF">
      <w:pPr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sz w:val="24"/>
          <w:szCs w:val="24"/>
          <w:lang w:val="pl-PL"/>
        </w:rPr>
        <w:t>Nazwa i wersja systemu</w:t>
      </w:r>
      <w:r w:rsidRPr="00EA2C06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………………………………………………………………………………………………</w:t>
      </w:r>
    </w:p>
    <w:p w14:paraId="78A4BC78" w14:textId="05352013" w:rsidR="006F72AF" w:rsidRPr="00EA2C06" w:rsidRDefault="006F72AF" w:rsidP="006F72AF">
      <w:pPr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sz w:val="24"/>
          <w:szCs w:val="24"/>
          <w:lang w:val="pl-PL"/>
        </w:rPr>
        <w:t>Typ licencji</w:t>
      </w:r>
      <w:r w:rsidRPr="00EA2C06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……………………………………………………………………</w:t>
      </w:r>
      <w:r w:rsidR="002F1953" w:rsidRPr="00EA2C06">
        <w:rPr>
          <w:rFonts w:asciiTheme="majorHAnsi" w:hAnsiTheme="majorHAnsi" w:cstheme="majorHAnsi"/>
          <w:sz w:val="24"/>
          <w:szCs w:val="24"/>
          <w:lang w:val="pl-PL"/>
        </w:rPr>
        <w:t>……………………..</w:t>
      </w:r>
      <w:r w:rsidRPr="00EA2C06">
        <w:rPr>
          <w:rFonts w:asciiTheme="majorHAnsi" w:hAnsiTheme="majorHAnsi" w:cstheme="majorHAnsi"/>
          <w:sz w:val="24"/>
          <w:szCs w:val="24"/>
          <w:lang w:val="pl-PL"/>
        </w:rPr>
        <w:t>…………………………</w:t>
      </w:r>
    </w:p>
    <w:p w14:paraId="3FD6D7C7" w14:textId="62DF5043" w:rsidR="006F72AF" w:rsidRPr="00EA2C06" w:rsidRDefault="006F72AF" w:rsidP="006F72AF">
      <w:pPr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sz w:val="24"/>
          <w:szCs w:val="24"/>
          <w:lang w:val="pl-PL"/>
        </w:rPr>
        <w:t>Liczba licencji stanowiskowych</w:t>
      </w:r>
      <w:r w:rsidRPr="00EA2C06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………………………………………………………………………………………………</w:t>
      </w:r>
    </w:p>
    <w:p w14:paraId="3020BA9F" w14:textId="03AE552E" w:rsidR="006F72AF" w:rsidRPr="00EA2C06" w:rsidRDefault="006F72AF" w:rsidP="006F72AF">
      <w:pPr>
        <w:keepNext/>
        <w:spacing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</w:p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095"/>
        <w:gridCol w:w="1843"/>
        <w:gridCol w:w="1664"/>
      </w:tblGrid>
      <w:tr w:rsidR="006F72AF" w:rsidRPr="00EA2C06" w14:paraId="1AE4760A" w14:textId="77777777" w:rsidTr="00EA2C06">
        <w:trPr>
          <w:cantSplit/>
          <w:tblHeader/>
        </w:trPr>
        <w:tc>
          <w:tcPr>
            <w:tcW w:w="704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42A9E" w14:textId="77777777" w:rsidR="006F72AF" w:rsidRPr="00EA2C06" w:rsidRDefault="006F72AF" w:rsidP="006F72AF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6095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3ECD5" w14:textId="77777777" w:rsidR="006F72AF" w:rsidRPr="00EA2C06" w:rsidRDefault="006F72AF" w:rsidP="006F72AF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Wymaganie minimalne Zamawiającego</w:t>
            </w:r>
          </w:p>
        </w:tc>
        <w:tc>
          <w:tcPr>
            <w:tcW w:w="1843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15D8D" w14:textId="0A939886" w:rsidR="006F72AF" w:rsidRPr="00EA2C06" w:rsidRDefault="00EA2C06" w:rsidP="002F1953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 xml:space="preserve">Spełnia / nie spełnia </w:t>
            </w:r>
            <w:r w:rsidRPr="00EA2C06">
              <w:rPr>
                <w:rStyle w:val="Odwoanieprzypisudolnego"/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footnoteReference w:id="1"/>
            </w:r>
            <w:r w:rsidRPr="00EA2C06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(wypełnia Wykonawca)</w:t>
            </w:r>
          </w:p>
        </w:tc>
        <w:tc>
          <w:tcPr>
            <w:tcW w:w="1664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ED092" w14:textId="1E1847B8" w:rsidR="006F72AF" w:rsidRPr="00EA2C06" w:rsidRDefault="00EA2C06" w:rsidP="006F72AF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Uwagi/ dodatkowe parametry</w:t>
            </w:r>
          </w:p>
        </w:tc>
      </w:tr>
      <w:tr w:rsidR="006F72AF" w:rsidRPr="00EA2C06" w14:paraId="5C57E4C8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9120FE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AB956D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Dostawa 1 wieczystej licencji na konsolę zarządzającą ITM/ITAM/ITSM.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9058AE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A6DC22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3B55A423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0C418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F94B9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Dostawa wieczystych licencji stanowiskowych dla 25 stacji roboczych.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196C66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0742D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1254887A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86989F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99F7A8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Centralny interfejs administracyjny do zarządzania agentami i zasobami z jednego miejsca.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BED773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C3470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798C6F8D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04775A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4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39907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Architektura klient–serwer z obsługą pracy agentowej i </w:t>
            </w:r>
            <w:proofErr w:type="spellStart"/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bezagentowej</w:t>
            </w:r>
            <w:proofErr w:type="spellEnd"/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, w tym urządzeń sieciowych przez SNMP.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27982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2C5383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6DE3D59D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A05F73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5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7A867B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Integracja z Active Directory, w tym synchronizacja struktur organizacyjnych, komputerów i użytkowników.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86165E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14ED63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1794D3A9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6E28B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6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ADC7BC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Automatyczna inwentaryzacja sprzętu: CPU, RAM, dyski, płyta główna, karty sieciowe i numery seryjne.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D45DF3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250746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32600400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8BBF5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7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9F7D5E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Automatyczna inwentaryzacja oprogramowania: aplikacje, wersje, pliki wykonywalne, daty instalacji i dostępne klucze produktów.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997768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6BF27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266B8C19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863CC2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8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D5A044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Zarządzanie licencjami SAM, bilansowanie licencji i instalacji oraz rejestr dokumentów zakupowych.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72169C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DA4A91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5EA4E243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A5262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9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672F06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Alertowanie</w:t>
            </w:r>
            <w:proofErr w:type="spellEnd"/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o zmianach konfiguracji sprzętowej i programowej stacji końcowych.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83E694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3176BD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745A6BBF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89079E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10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F62C18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Rejestrowanie czasu pracy komputerów i aktywności użytkowników w aplikacjach i serwisach WWW.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063337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79C0C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2E84F185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E47419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lastRenderedPageBreak/>
              <w:t>11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46CAB6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Rejestrowanie uruchamianych procesów i podłączanych nośników USB.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DB639C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893A0D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64BFDFA5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324B44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12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E4246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Tworzenie raportów zgodności z wymaganiami bezpieczeństwa i ochrony danych osobowych.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C157B5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4ECA9E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63A43A73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F3AB63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13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2C4C4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Wbudowany bezpieczny moduł zdalnego pulpitu/Helpdesk bez narzędzi zewnętrznych.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4357D7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D9544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574A5B12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34B6F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14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51AC41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Zdalne wykonywanie skryptów, instalacja i odinstalowywanie aplikacji oraz dystrybucja paczek na 25 stacjach.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A05AB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8329B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33A28E5A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94AE8F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15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F988CE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Zdalny menedżer zadań, podgląd usług i zasobów stacji bez przerywania pracy użytkownika.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020D0B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B4068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3DEDAEA3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3BF1DA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16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BA2C42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Zarządzanie kontami i ustawieniami komunikatora z poziomu konsoli WWW.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0C7C0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3C008A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347A8E40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516A65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17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6B93F5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Konwersacje indywidualne i grupowe oraz przesyłanie plików.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81418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C79A62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66A82389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08C0D" w14:textId="79F5E98C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8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799BAC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Powiadomienia o rozmowach, połączeniach i nieprzeczytanych wiadomościach.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56043B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ED10BF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3B6CE1C3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6828CB" w14:textId="65BD91EE" w:rsidR="006F72AF" w:rsidRPr="00EA2C06" w:rsidRDefault="004B27F0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19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1CE69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Historia komunikacji, prywatne rozmowy i dynamiczne grupy użytkowników.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863BD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674272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1FB77F8A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1DC137" w14:textId="37E01E5B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0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8A50D8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Skanowanie wybranych podsieci LAN.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4C3D99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3C2DD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4340E4E2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A49025" w14:textId="1887CC69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AD26E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Rozpoznawanie nazw i typów urządzeń w sieci.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78A86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79F1DF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0C1CB610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998905" w14:textId="68B79BB2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2A5344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Odczyt stanu urządzeń online/offline.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C9385C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40766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314BE26F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8E471" w14:textId="41D4DD94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20BCCF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Odczyt otwartych portów i uruchomionych usług.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83168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C4550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5FC835B0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A8408" w14:textId="62914EBB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4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7FA3A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Monitoring aktywności urządzeń sieciowych.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775C50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1D295A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46694C22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C09288" w14:textId="6A087939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5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C22CF8" w14:textId="397ED9B5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Zarządzanie urządzeniami przez HTTPS, SSH lub Telnet.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43FD76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5F69C3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0CF9A28D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9A9C93" w14:textId="6D2A62EF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6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5A6A4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Obsługa Windows 10, Windows 11 i Windows Server przez agenta systemu.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86C95A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7717E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5CB735E1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DC267" w14:textId="596AFD8C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4B27F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7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7D8AF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Współpraca z wydajną bazą danych, np. </w:t>
            </w:r>
            <w:proofErr w:type="spellStart"/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PostgreSQL</w:t>
            </w:r>
            <w:proofErr w:type="spellEnd"/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lub MS SQL, bez wysokich dodatkowych kosztów licencyjnych.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C0A7A9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CE26D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087AD4EB" w14:textId="77777777" w:rsidTr="00EA2C06">
        <w:trPr>
          <w:cantSplit/>
          <w:trHeight w:val="314"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046B58" w14:textId="356B5FFD" w:rsidR="006F72AF" w:rsidRPr="00EA2C06" w:rsidRDefault="004B27F0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28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96D326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Instrukcja instalacji i podręcznik administratora w języku polskim w formie elektronicznej.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F643F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25A013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F72AF" w:rsidRPr="00EA2C06" w14:paraId="751AFF1E" w14:textId="77777777" w:rsidTr="00EA2C06">
        <w:trPr>
          <w:cantSplit/>
        </w:trPr>
        <w:tc>
          <w:tcPr>
            <w:tcW w:w="7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46F0F1" w14:textId="11B50617" w:rsidR="006F72AF" w:rsidRPr="00EA2C06" w:rsidRDefault="004B27F0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lastRenderedPageBreak/>
              <w:t>29</w:t>
            </w:r>
          </w:p>
        </w:tc>
        <w:tc>
          <w:tcPr>
            <w:tcW w:w="6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9648E3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Wsparcie techniczne producenta objęte przedmiotem zamówienia.</w:t>
            </w:r>
          </w:p>
        </w:tc>
        <w:tc>
          <w:tcPr>
            <w:tcW w:w="18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6DF57" w14:textId="77777777" w:rsidR="006F72AF" w:rsidRPr="00EA2C06" w:rsidRDefault="006F72AF" w:rsidP="006F72AF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6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2F342" w14:textId="77777777" w:rsidR="006F72AF" w:rsidRPr="00EA2C06" w:rsidRDefault="006F72AF" w:rsidP="006F72AF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</w:tbl>
    <w:p w14:paraId="6AC7619F" w14:textId="77777777" w:rsidR="000538A1" w:rsidRPr="00EA2C06" w:rsidRDefault="000538A1" w:rsidP="006F72AF">
      <w:pPr>
        <w:keepNext/>
        <w:spacing w:before="160" w:after="60" w:line="240" w:lineRule="auto"/>
        <w:contextualSpacing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7BA216E" w14:textId="77777777" w:rsidR="006F72AF" w:rsidRPr="00EA2C06" w:rsidRDefault="006F72AF" w:rsidP="006F72AF">
      <w:pPr>
        <w:keepNext/>
        <w:spacing w:before="160" w:after="6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b/>
          <w:sz w:val="24"/>
          <w:szCs w:val="24"/>
          <w:lang w:val="pl-PL"/>
        </w:rPr>
        <w:t>Oświadczenie Wykonawcy</w:t>
      </w:r>
    </w:p>
    <w:p w14:paraId="2AA1326F" w14:textId="77777777" w:rsidR="006F72AF" w:rsidRPr="00EA2C06" w:rsidRDefault="006F72AF" w:rsidP="006F72AF">
      <w:pPr>
        <w:pStyle w:val="Listapunktowana"/>
        <w:keepNext/>
        <w:spacing w:after="4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sz w:val="24"/>
          <w:szCs w:val="24"/>
          <w:lang w:val="pl-PL"/>
        </w:rPr>
        <w:t>Oświadczam, że oferowany system oprogramowania i licencje spełnia wszystkie wymagania minimalne określone w OPZ oraz w niniejszej tabeli zgodności.</w:t>
      </w:r>
    </w:p>
    <w:p w14:paraId="05188C04" w14:textId="77777777" w:rsidR="006F72AF" w:rsidRPr="00EA2C06" w:rsidRDefault="006F72AF" w:rsidP="006F72AF">
      <w:pPr>
        <w:pStyle w:val="Listapunktowana"/>
        <w:keepNext/>
        <w:spacing w:after="4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EA2C06">
        <w:rPr>
          <w:rFonts w:asciiTheme="majorHAnsi" w:hAnsiTheme="majorHAnsi" w:cstheme="majorHAnsi"/>
          <w:sz w:val="24"/>
          <w:szCs w:val="24"/>
          <w:lang w:val="pl-PL"/>
        </w:rPr>
        <w:t>Oświadczam, że informacje podane w niniejszym załączniku są zgodne ze stanem faktycznym i odpowiadają oferowanemu przedmiotowi zamówienia.</w:t>
      </w:r>
    </w:p>
    <w:p w14:paraId="18D44F90" w14:textId="77777777" w:rsidR="004235C3" w:rsidRPr="00EA2C06" w:rsidRDefault="004235C3" w:rsidP="004235C3">
      <w:pPr>
        <w:pStyle w:val="Listapunktowana"/>
        <w:keepNext/>
        <w:numPr>
          <w:ilvl w:val="0"/>
          <w:numId w:val="0"/>
        </w:numPr>
        <w:spacing w:after="40" w:line="240" w:lineRule="auto"/>
        <w:ind w:left="360" w:hanging="360"/>
        <w:rPr>
          <w:rFonts w:asciiTheme="majorHAnsi" w:hAnsiTheme="majorHAnsi" w:cstheme="majorHAnsi"/>
          <w:sz w:val="24"/>
          <w:szCs w:val="24"/>
          <w:lang w:val="pl-PL"/>
        </w:rPr>
      </w:pPr>
    </w:p>
    <w:p w14:paraId="23FD128B" w14:textId="77777777" w:rsidR="004235C3" w:rsidRPr="00EA2C06" w:rsidRDefault="004235C3" w:rsidP="004235C3">
      <w:pPr>
        <w:pStyle w:val="Listapunktowana"/>
        <w:keepNext/>
        <w:numPr>
          <w:ilvl w:val="0"/>
          <w:numId w:val="0"/>
        </w:numPr>
        <w:spacing w:after="40" w:line="240" w:lineRule="auto"/>
        <w:ind w:left="360" w:hanging="360"/>
        <w:rPr>
          <w:rFonts w:asciiTheme="majorHAnsi" w:hAnsiTheme="majorHAnsi" w:cstheme="majorHAnsi"/>
          <w:sz w:val="24"/>
          <w:szCs w:val="24"/>
          <w:lang w:val="pl-PL"/>
        </w:rPr>
      </w:pPr>
    </w:p>
    <w:p w14:paraId="3EBD200F" w14:textId="77777777" w:rsidR="004235C3" w:rsidRPr="00EA2C06" w:rsidRDefault="004235C3" w:rsidP="004235C3">
      <w:pPr>
        <w:pStyle w:val="Listapunktowana"/>
        <w:keepNext/>
        <w:numPr>
          <w:ilvl w:val="0"/>
          <w:numId w:val="0"/>
        </w:numPr>
        <w:spacing w:after="40" w:line="240" w:lineRule="auto"/>
        <w:ind w:left="360" w:hanging="360"/>
        <w:rPr>
          <w:rFonts w:asciiTheme="majorHAnsi" w:hAnsiTheme="majorHAnsi" w:cstheme="majorHAnsi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6F72AF" w:rsidRPr="00EA2C06" w14:paraId="1F0DF3A8" w14:textId="77777777" w:rsidTr="0037108D">
        <w:trPr>
          <w:jc w:val="center"/>
        </w:trPr>
        <w:tc>
          <w:tcPr>
            <w:tcW w:w="5103" w:type="dxa"/>
            <w:vAlign w:val="center"/>
          </w:tcPr>
          <w:p w14:paraId="19C03811" w14:textId="5518CA4D" w:rsidR="006F72AF" w:rsidRPr="00EA2C06" w:rsidRDefault="006F72AF" w:rsidP="006F72AF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5103" w:type="dxa"/>
            <w:vAlign w:val="center"/>
          </w:tcPr>
          <w:p w14:paraId="7E33AA01" w14:textId="12EABB60" w:rsidR="006F72AF" w:rsidRPr="00EA2C06" w:rsidRDefault="004235C3" w:rsidP="000538A1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EA2C06">
              <w:rPr>
                <w:rFonts w:asciiTheme="majorHAnsi" w:hAnsiTheme="majorHAnsi" w:cstheme="majorHAnsi"/>
                <w:i/>
                <w:sz w:val="24"/>
                <w:szCs w:val="24"/>
                <w:lang w:val="pl-PL"/>
              </w:rPr>
              <w:t>Dokument należy podpisać kwalifikowanym podpisem elektronicznym,  podpisem zaufanym lub podpisem osobistym przez osobę(y) uprawnioną(e) do składania oświadczeń woli w imieniu Wykonawcy</w:t>
            </w:r>
          </w:p>
        </w:tc>
      </w:tr>
    </w:tbl>
    <w:p w14:paraId="75494148" w14:textId="48FFA85C" w:rsidR="006F72AF" w:rsidRPr="00EA2C06" w:rsidRDefault="006F72AF" w:rsidP="006F72AF">
      <w:pPr>
        <w:spacing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</w:p>
    <w:sectPr w:rsidR="006F72AF" w:rsidRPr="00EA2C06" w:rsidSect="006F72AF">
      <w:headerReference w:type="default" r:id="rId8"/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00DFE" w14:textId="77777777" w:rsidR="003E524E" w:rsidRDefault="003E524E" w:rsidP="0037108D">
      <w:pPr>
        <w:spacing w:after="0" w:line="240" w:lineRule="auto"/>
      </w:pPr>
      <w:r>
        <w:separator/>
      </w:r>
    </w:p>
  </w:endnote>
  <w:endnote w:type="continuationSeparator" w:id="0">
    <w:p w14:paraId="64B956BF" w14:textId="77777777" w:rsidR="003E524E" w:rsidRDefault="003E524E" w:rsidP="0037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</w:rPr>
      <w:id w:val="-997655078"/>
      <w:docPartObj>
        <w:docPartGallery w:val="Page Numbers (Bottom of Page)"/>
        <w:docPartUnique/>
      </w:docPartObj>
    </w:sdtPr>
    <w:sdtContent>
      <w:p w14:paraId="023DEE7B" w14:textId="2422B348" w:rsidR="000538A1" w:rsidRPr="000538A1" w:rsidRDefault="000538A1">
        <w:pPr>
          <w:pStyle w:val="Stopka"/>
          <w:jc w:val="right"/>
          <w:rPr>
            <w:sz w:val="24"/>
          </w:rPr>
        </w:pPr>
        <w:r w:rsidRPr="000538A1">
          <w:rPr>
            <w:sz w:val="24"/>
          </w:rPr>
          <w:fldChar w:fldCharType="begin"/>
        </w:r>
        <w:r w:rsidRPr="000538A1">
          <w:rPr>
            <w:sz w:val="24"/>
          </w:rPr>
          <w:instrText>PAGE   \* MERGEFORMAT</w:instrText>
        </w:r>
        <w:r w:rsidRPr="000538A1">
          <w:rPr>
            <w:sz w:val="24"/>
          </w:rPr>
          <w:fldChar w:fldCharType="separate"/>
        </w:r>
        <w:r w:rsidRPr="000538A1">
          <w:rPr>
            <w:noProof/>
            <w:sz w:val="24"/>
            <w:lang w:val="pl-PL"/>
          </w:rPr>
          <w:t>3</w:t>
        </w:r>
        <w:r w:rsidRPr="000538A1">
          <w:rPr>
            <w:sz w:val="24"/>
          </w:rPr>
          <w:fldChar w:fldCharType="end"/>
        </w:r>
      </w:p>
    </w:sdtContent>
  </w:sdt>
  <w:p w14:paraId="11F61449" w14:textId="77777777" w:rsidR="000538A1" w:rsidRPr="000538A1" w:rsidRDefault="000538A1">
    <w:pPr>
      <w:pStyle w:val="Stopk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5C8B" w14:textId="77777777" w:rsidR="003E524E" w:rsidRDefault="003E524E" w:rsidP="0037108D">
      <w:pPr>
        <w:spacing w:after="0" w:line="240" w:lineRule="auto"/>
      </w:pPr>
      <w:r>
        <w:separator/>
      </w:r>
    </w:p>
  </w:footnote>
  <w:footnote w:type="continuationSeparator" w:id="0">
    <w:p w14:paraId="225B908F" w14:textId="77777777" w:rsidR="003E524E" w:rsidRDefault="003E524E" w:rsidP="0037108D">
      <w:pPr>
        <w:spacing w:after="0" w:line="240" w:lineRule="auto"/>
      </w:pPr>
      <w:r>
        <w:continuationSeparator/>
      </w:r>
    </w:p>
  </w:footnote>
  <w:footnote w:id="1">
    <w:p w14:paraId="5B4EF4C4" w14:textId="77777777" w:rsidR="00EA2C06" w:rsidRPr="004235C3" w:rsidRDefault="00EA2C06" w:rsidP="00EA2C06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4235C3">
        <w:rPr>
          <w:lang w:val="pl-PL"/>
        </w:rPr>
        <w:t>Jeśli parametr nie spełnia minimalnych wymagań Zamawiającego, oferta podlega odrzuceniu</w:t>
      </w:r>
    </w:p>
    <w:p w14:paraId="7F10E3DB" w14:textId="77777777" w:rsidR="00EA2C06" w:rsidRPr="004235C3" w:rsidRDefault="00EA2C06" w:rsidP="00EA2C06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8A14" w14:textId="0819299D" w:rsidR="0037108D" w:rsidRDefault="0037108D">
    <w:pPr>
      <w:pStyle w:val="Nagwek"/>
    </w:pPr>
    <w:r>
      <w:rPr>
        <w:noProof/>
        <w:lang w:val="pl-PL" w:eastAsia="pl-PL"/>
      </w:rPr>
      <w:drawing>
        <wp:inline distT="0" distB="0" distL="0" distR="0" wp14:anchorId="06438453" wp14:editId="5B528730">
          <wp:extent cx="6127115" cy="688975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11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C4AAE1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388438">
    <w:abstractNumId w:val="8"/>
  </w:num>
  <w:num w:numId="2" w16cid:durableId="1725374573">
    <w:abstractNumId w:val="6"/>
  </w:num>
  <w:num w:numId="3" w16cid:durableId="1771242943">
    <w:abstractNumId w:val="5"/>
  </w:num>
  <w:num w:numId="4" w16cid:durableId="448815978">
    <w:abstractNumId w:val="4"/>
  </w:num>
  <w:num w:numId="5" w16cid:durableId="1846283505">
    <w:abstractNumId w:val="7"/>
  </w:num>
  <w:num w:numId="6" w16cid:durableId="1728064735">
    <w:abstractNumId w:val="3"/>
  </w:num>
  <w:num w:numId="7" w16cid:durableId="154420641">
    <w:abstractNumId w:val="2"/>
  </w:num>
  <w:num w:numId="8" w16cid:durableId="1039814126">
    <w:abstractNumId w:val="1"/>
  </w:num>
  <w:num w:numId="9" w16cid:durableId="103237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6579"/>
    <w:rsid w:val="00034616"/>
    <w:rsid w:val="000538A1"/>
    <w:rsid w:val="0006063C"/>
    <w:rsid w:val="00130D09"/>
    <w:rsid w:val="001333EB"/>
    <w:rsid w:val="0015074B"/>
    <w:rsid w:val="00162989"/>
    <w:rsid w:val="00293190"/>
    <w:rsid w:val="0029639D"/>
    <w:rsid w:val="002F1953"/>
    <w:rsid w:val="00326F90"/>
    <w:rsid w:val="0037108D"/>
    <w:rsid w:val="00381FC6"/>
    <w:rsid w:val="003E524E"/>
    <w:rsid w:val="004235C3"/>
    <w:rsid w:val="00430D79"/>
    <w:rsid w:val="004B27F0"/>
    <w:rsid w:val="00537E38"/>
    <w:rsid w:val="006B3E24"/>
    <w:rsid w:val="006E4583"/>
    <w:rsid w:val="006F72AF"/>
    <w:rsid w:val="008457C2"/>
    <w:rsid w:val="00A33AFE"/>
    <w:rsid w:val="00AA1D8D"/>
    <w:rsid w:val="00B47730"/>
    <w:rsid w:val="00BD5D93"/>
    <w:rsid w:val="00CB0664"/>
    <w:rsid w:val="00CF1F88"/>
    <w:rsid w:val="00D25E9A"/>
    <w:rsid w:val="00EA2C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C8F04B"/>
  <w14:defaultImageDpi w14:val="300"/>
  <w15:docId w15:val="{FE89763E-AF88-4995-B169-F596B253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10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108D"/>
    <w:rPr>
      <w:rFonts w:ascii="Arial" w:eastAsia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10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094C3E-3748-42EB-916B-F7CD08CA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508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Sylwester Kienig</cp:lastModifiedBy>
  <cp:revision>8</cp:revision>
  <dcterms:created xsi:type="dcterms:W3CDTF">2026-07-28T10:05:00Z</dcterms:created>
  <dcterms:modified xsi:type="dcterms:W3CDTF">2026-08-20T18:00:00Z</dcterms:modified>
  <cp:category/>
</cp:coreProperties>
</file>